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🧭 קבלת החלטות, טעויות וחוסן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סיפור עם סוף פתוח · נושא: מה עושים כשנכשלים – ואיך קמים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את שלבי ההחלטה והטעות בסיפור</w:t>
      </w:r>
    </w:p>
    <w:p>
      <w:pPr>
        <w:bidi/>
        <w:spacing w:after="60"/>
        <w:jc w:val="right"/>
      </w:pPr>
      <w:r>
        <w:rPr>
          <w:b w:val="0"/>
          <w:rtl/>
        </w:rPr>
        <w:t>• להסיק מה מאפשר התאוששות (מעש״ה, גש״ר מאח״ד)</w:t>
      </w:r>
    </w:p>
    <w:p>
      <w:pPr>
        <w:bidi/>
        <w:spacing w:after="60"/>
        <w:jc w:val="right"/>
      </w:pPr>
      <w:r>
        <w:rPr>
          <w:b w:val="0"/>
          <w:rtl/>
        </w:rPr>
        <w:t>• לכתוב המשך או סוף חלופי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"מה ההבדל בין 'נכשלתי' לבין 'אני כישלון'?"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היא שכחה את הטקסט · 2. כתבה שלוש שאלות במחברת · 3. שלא ישנה ושהתאמנה רק לבד ◆ סימון: "רוב השחקנים שאני מכירה שכחו טקסט" ◆ מיון: 🎛️ בשליטתי: כמה ישנה, להתאמן מול קהל, להכין משפט הצלה | 🌪️ לא בשליטתי: מי עוד ניגש לאודישן, מה השופטים יחליטו ◆ אוצר מילים: היא התלבטה אם לשלוח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להשאיר את הקורא/ת להתמקד בתהליך ולא בתוצאה · 2. הצגת רעיון ואחריו הסתייגות ביקורתית · 3. ביטוי מושאל – בחירה מודעת ◆ סימון: "רוב השחקנים שאני מכירה שכחו טקסט" ◆ מיון: 🌱 תודעה מתפתחת: היכולת מתפתחת במאמץ, אחרי כישלון – מתאמצים יותר | ⚠️ ביקורת: חיוביות כפויה: מותר להתאבל ולנוח, לא כל כישלון הוא הזדמנות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נפל · 2. שם קוביות גדולות למטה ◆ סימון: "בוא נבדוק למה הוא נפל" ◆ מיון: 👍 כדאי: לבדוק מה קרה, לנסות שוב, לבקש עזרה | 👎 לא כדאי: לוותר מיד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כַּדּוּרֶגֶל · 2. נַסֵּה שׁוּב ◆ סימון: "טעות היא חלק מהדרך" ◆ מילון: בּוֹעֵט=kicks · מַבְקִיעַ=scores · מְאַמֵּן=coach · נַסֵּה שׁוּב=try again · טָעוּת=mistake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נפל · מנסה שוב ◆ מיון: 🤝 עוזר: 👩‍🏫 מורה, 🧒 חבר/ה, 👨‍👩‍👧 משפחה | 🚫 לא: 🪨 אבן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מה ההבדל בין 'נכשלתי' לבין 'אני כישלון'?</w:t>
      </w:r>
    </w:p>
    <w:p>
      <w:pPr>
        <w:bidi/>
        <w:spacing w:after="60"/>
        <w:jc w:val="right"/>
      </w:pPr>
      <w:r>
        <w:rPr>
          <w:b w:val="0"/>
          <w:rtl/>
        </w:rPr>
        <w:t>2. מתי נכון להתמיד ומתי נכון לבחור דרך אחרת?</w:t>
      </w:r>
    </w:p>
    <w:p>
      <w:pPr>
        <w:bidi/>
        <w:spacing w:after="60"/>
        <w:jc w:val="right"/>
      </w:pPr>
      <w:r>
        <w:rPr>
          <w:b w:val="0"/>
          <w:rtl/>
        </w:rPr>
        <w:t>3. מי או מה עזר לכם לקום אחרי משהו קשה?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דמות תלת־ממדית בצומת דרכים עם שלטים צבעוניים</w:t>
      </w:r>
    </w:p>
    <w:p>
      <w:pPr>
        <w:bidi/>
        <w:spacing w:after="60"/>
        <w:jc w:val="right"/>
      </w:pPr>
      <w:r>
        <w:rPr>
          <w:b w:val="0"/>
          <w:rtl/>
        </w:rPr>
        <w:t>2. ההחלטה של שירן</w:t>
      </w:r>
    </w:p>
    <w:p>
      <w:pPr>
        <w:bidi/>
        <w:spacing w:after="60"/>
        <w:jc w:val="right"/>
      </w:pPr>
      <w:r>
        <w:rPr>
          <w:b w:val="0"/>
          <w:rtl/>
        </w:rPr>
        <w:t>3. טעות היא מידע, לא גזר דין</w:t>
      </w:r>
    </w:p>
    <w:p>
      <w:pPr>
        <w:bidi/>
        <w:spacing w:after="60"/>
        <w:jc w:val="right"/>
      </w:pPr>
      <w:r>
        <w:rPr>
          <w:b w:val="0"/>
          <w:rtl/>
        </w:rPr>
        <w:t>4. ארבעה צעדים לקום (מעש״ה)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טעות שלימדה אותי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🧭 קבלת החלטות, טעויות וחוסן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הבחירה של שירן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עם סוף פתוח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שירן הייתה בטוחה שתיכנס למגמת תיאטרון. היא התאמנה על המונולוג שלושה שבועות מול המראה. ביום האודישן, באמצע המשפט השני – ריק. המילים פשוט נעלמו. היא עמדה על הבמה עשר שניות ארוכות, ויצאה.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בבית היא לא דיברה עם אף אחד. בלילה כתבה הודעה לחברה: "אני לא מוכשרת. אני מוותרת על תיאטרון." האצבע ריחפה מעל כפתור השליחה.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היא לא שלחה. במקום זה פתחה מחברת וכתבה שלוש שאלות: מה בדיוק קרה? מה היה בשליטתי? מה אעשה אחרת? התשובות הפתיעו אותה. היא שמה לב שלא ישנה כמעט בלילה שלפני, ושהתאמנה רק לבד, אף פעם לא מול קהל.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למחרת ניגשה למורה לתיאטרון. "יש אודישן נוסף בעוד חודש," אמרה המורה, "והאמת? רוב השחקנים שאני מכירה שכחו טקסט לפחות פעם אחת. השאלה היא מה עושים עם זה."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שירן יצאה מהחדר עם תוכנית: להופיע כל שבוע מול המשפחה, לישון לפני האודישן, ולהכין 'משפט הצלה' למקרה שהמילים נעלמות. אם תתקבל? את זה עוד לא ידעה.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 קרה לשירן באודישן?</w:t>
      </w:r>
    </w:p>
    <w:p>
      <w:pPr>
        <w:bidi/>
        <w:spacing w:after="60"/>
        <w:jc w:val="right"/>
      </w:pPr>
      <w:r>
        <w:rPr>
          <w:b w:val="0"/>
          <w:rtl/>
        </w:rPr>
        <w:t>○ היא שכחה את הטקסט    ○ היא חלתה    ○ האודישן בוטל</w:t>
      </w:r>
    </w:p>
    <w:p>
      <w:pPr>
        <w:bidi/>
        <w:spacing w:after="60"/>
        <w:jc w:val="right"/>
      </w:pPr>
      <w:r>
        <w:rPr>
          <w:b/>
          <w:rtl/>
          <w:bCs/>
        </w:rPr>
        <w:t>2. מה עשתה שירן במקום לשלוח את ההודעה?</w:t>
      </w:r>
    </w:p>
    <w:p>
      <w:pPr>
        <w:bidi/>
        <w:spacing w:after="60"/>
        <w:jc w:val="right"/>
      </w:pPr>
      <w:r>
        <w:rPr>
          <w:b w:val="0"/>
          <w:rtl/>
        </w:rPr>
        <w:t>○ הלכה לישון    ○ כתבה שלוש שאלות במחברת    ○ מחקה את המספר של החברה</w:t>
      </w:r>
    </w:p>
    <w:p>
      <w:pPr>
        <w:bidi/>
        <w:spacing w:after="60"/>
        <w:jc w:val="right"/>
      </w:pPr>
      <w:r>
        <w:rPr>
          <w:b/>
          <w:rtl/>
          <w:bCs/>
        </w:rPr>
        <w:t>3. מה גילתה שירן על עצמה?</w:t>
      </w:r>
    </w:p>
    <w:p>
      <w:pPr>
        <w:bidi/>
        <w:spacing w:after="60"/>
        <w:jc w:val="right"/>
      </w:pPr>
      <w:r>
        <w:rPr>
          <w:b w:val="0"/>
          <w:rtl/>
        </w:rPr>
        <w:t>○ שלא ישנה ושהתאמנה רק לבד    ○ שהיא לא אוהבת תיאטרון    ○ שהמורה כעסה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שמראה שטעויות קורות גם למקצוענים,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היה בשליטתה של שירן ומה לא?</w:t>
      </w:r>
    </w:p>
    <w:p>
      <w:pPr>
        <w:bidi/>
        <w:spacing w:after="60"/>
        <w:jc w:val="right"/>
      </w:pPr>
      <w:r>
        <w:rPr>
          <w:b w:val="0"/>
          <w:rtl/>
        </w:rPr>
        <w:t>כרטיסים: כמה ישנה · מי עוד ניגש לאודישן · להתאמן מול קהל · מה השופטים יחליטו · להכין משפט הצלה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🎛️ בשליטתי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🌪️ לא בשליטתי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"האצבע ריחפה מעל כפתור השליחה" – מה המשמעות?</w:t>
      </w:r>
    </w:p>
    <w:p>
      <w:pPr>
        <w:bidi/>
        <w:spacing w:after="60"/>
        <w:jc w:val="right"/>
      </w:pPr>
      <w:r>
        <w:rPr>
          <w:b w:val="0"/>
          <w:rtl/>
        </w:rPr>
        <w:t>○ היא התלבטה אם לשלוח    ○ האצבע כאבה    ○ היא שלחה מהר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לסיפור אין סוף. כתבו סוף משלכם – שירן מתקבלת או לא – והראו מה היא לומדת בכל מקרה.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ההבדל בין 'נכשלתי' לבין 'אני כישלון'?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קבלת החלטות, טעויות וחוסן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טעות אחת שלימדה אותי משהו: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שאשאל את עצמי אחרי כישלון: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שבשליטתי השבוע: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🧭 קבלת החלטות, טעויות וחוסן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הבחירה של שירן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עם סוף פתוח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שירן הייתה בטוחה שתיכנס למגמת תיאטרון. היא התאמנה על המונולוג שלושה שבועות מול המראה. ביום האודישן, באמצע המשפט השני – ריק. המילים פשוט נעלמו. היא עמדה על הבמה עשר שניות ארוכות, ויצאה.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בבית היא לא דיברה עם אף אחד. בלילה כתבה הודעה לחברה: "אני לא מוכשרת. אני מוותרת על תיאטרון." האצבע ריחפה מעל כפתור השליחה.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היא לא שלחה. במקום זה פתחה מחברת וכתבה שלוש שאלות: מה בדיוק קרה? מה היה בשליטתי? מה אעשה אחרת? התשובות הפתיעו אותה. היא שמה לב שלא ישנה כמעט בלילה שלפני, ושהתאמנה רק לבד, אף פעם לא מול קהל.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למחרת ניגשה למורה לתיאטרון. "יש אודישן נוסף בעוד חודש," אמרה המורה, "והאמת? רוב השחקנים שאני מכירה שכחו טקסט לפחות פעם אחת. השאלה היא מה עושים עם זה."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שירן יצאה מהחדר עם תוכנית: להופיע כל שבוע מול המשפחה, לישון לפני האודישן, ולהכין 'משפט הצלה' למקרה שהמילים נעלמות. אם תתקבל? את זה עוד לא ידעה.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[6] חוקרת החינוך שטבעה את המושג 'תודעה מתפתחת' מצאה שתלמידים הרואים ביכולת דבר קבוע נוטים לוותר אחרי כישלון, ואילו מי שרואים בה דבר שמתפתח – מתאמצים יותר. ובכל זאת, יש מבקרים המזהירים מפני 'חיוביות כפויה': לא כל כישלון הוא הזדמנות, ולפעמים מותר להתאבל, לנוח ואף לבחור דרך אחרת. חוסן אמיתי, לדבריהם, איננו להמשיך בכל מחיר – אלא לבחור בעיניים פקוחות.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מהו תפקיד הסוף הפתוח בסיפור?</w:t>
      </w:r>
    </w:p>
    <w:p>
      <w:pPr>
        <w:bidi/>
        <w:spacing w:after="60"/>
        <w:jc w:val="right"/>
      </w:pPr>
      <w:r>
        <w:rPr>
          <w:b w:val="0"/>
          <w:rtl/>
        </w:rPr>
        <w:t>○ להשאיר את הקורא/ת להתמקד בתהליך ולא בתוצאה    ○ להראות שהכותב/ת לא סיים/ה    ○ לבלבל</w:t>
      </w:r>
    </w:p>
    <w:p>
      <w:pPr>
        <w:bidi/>
        <w:spacing w:after="60"/>
        <w:jc w:val="right"/>
      </w:pPr>
      <w:r>
        <w:rPr>
          <w:b/>
          <w:rtl/>
          <w:bCs/>
        </w:rPr>
        <w:t>2. מה היחס בין שני חלקי הפסקה האחרונה?</w:t>
      </w:r>
    </w:p>
    <w:p>
      <w:pPr>
        <w:bidi/>
        <w:spacing w:after="60"/>
        <w:jc w:val="right"/>
      </w:pPr>
      <w:r>
        <w:rPr>
          <w:b w:val="0"/>
          <w:rtl/>
        </w:rPr>
        <w:t>○ הצגת רעיון ואחריו הסתייגות ביקורתית    ○ שתי דוגמאות זהות    ○ שאלה ותשובה</w:t>
      </w:r>
    </w:p>
    <w:p>
      <w:pPr>
        <w:bidi/>
        <w:spacing w:after="60"/>
        <w:jc w:val="right"/>
      </w:pPr>
      <w:r>
        <w:rPr>
          <w:b/>
          <w:rtl/>
          <w:bCs/>
        </w:rPr>
        <w:t>3. 'לבחור בעיניים פקוחות' הוא:</w:t>
      </w:r>
    </w:p>
    <w:p>
      <w:pPr>
        <w:bidi/>
        <w:spacing w:after="60"/>
        <w:jc w:val="right"/>
      </w:pPr>
      <w:r>
        <w:rPr>
          <w:b w:val="0"/>
          <w:rtl/>
        </w:rPr>
        <w:t>○ ביטוי מושאל – בחירה מודעת    ○ הוראה רפואית    ○ תיאור של שינה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שמראה שטעויות קורות גם למקצוענים,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'תודעה מתפתחת' או 'חיוביות כפויה'?</w:t>
      </w:r>
    </w:p>
    <w:p>
      <w:pPr>
        <w:bidi/>
        <w:spacing w:after="60"/>
        <w:jc w:val="right"/>
      </w:pPr>
      <w:r>
        <w:rPr>
          <w:b w:val="0"/>
          <w:rtl/>
        </w:rPr>
        <w:t>כרטיסים: היכולת מתפתחת במאמץ · מותר להתאבל ולנוח · אחרי כישלון – מתאמצים יותר · לא כל כישלון הוא הזדמנות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🌱 תודעה מתפתחת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⚠️ ביקורת: חיוביות כפויה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מאמר עמדה: 'האם תמיד כדאי לנסות שוב?' – היעזרו בסיפור של שירן ובשתי העמדות שבפסקה האחרונה, ושלבו את מודל מעש״ה או גש״ר מאח״ד.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ההבדל בין 'נכשלתי' לבין 'אני כישלון'?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קבלת החלטות, טעויות וחוסן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טעות אחת שלימדה אותי משהו: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שאשאל את עצמי אחרי כישלון: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שבשליטתי השבוע: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🧭 קבלת החלטות, טעויות וחוסן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המגדל של אורי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עם סוף פתוח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אורי בנה מגדל גבוה מקוביות.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בום! המגדל נפל.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אורי כעס ורצה להפסיק.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אחותו אמרה: "בוא נבדוק למה הוא נפל."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הם ראו: הקוביות למטה היו קטנות. אורי שם קוביות גדולות למטה – והמגדל עמד!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מה קרה למגדל?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נפל    ○ עף    ○ נצבע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מה אורי שינה?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שם קוביות גדולות למטה    ○ הפסיק לבנות    ○ בנה בית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שבו אחות של אורי עוזרת,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עושים אחרי טעות?</w:t>
      </w:r>
    </w:p>
    <w:p>
      <w:pPr>
        <w:bidi/>
        <w:spacing w:after="60"/>
        <w:jc w:val="right"/>
      </w:pPr>
      <w:r>
        <w:rPr>
          <w:b w:val="0"/>
          <w:rtl/>
        </w:rPr>
        <w:t>כרטיסים: לבדוק מה קרה · לוותר מיד · לנסות שוב · לבקש עזרה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👍 כדאי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👎 לא כדאי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ספרו על פעם שמשהו לא הצליח לכם בהתחלה, ובסוף כן.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ההבדל בין 'נכשלתי' לבין 'אני כישלון'?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קבלת החלטות, טעויות וחוסן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טעות אחת שלימדה אותי משהו: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שאשאל את עצמי אחרי כישלון: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שבשליטתי השבוע: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🧭 קבלת החלטות, טעויות וחוסן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קבלת החלטות, טעויות וחוסן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עם סוף פתוח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סָשָׁה מִשְׂחַק כַּדּוּרֶגֶל.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הוּא בּוֹעֵט וְלֹא מַבְקִיעַ.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הוּא עָצוּב.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הַמְּאַמֵּן אוֹמֵר: "נַסֵּה שׁוּב. תִּסְתַּכֵּל עַל הַשַּׁעַר."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סָשָׁה מְנַסֶּה שׁוּב – גּוֹל!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סָשָׁה לָמַד: טָעוּת הִיא חֵלֶק מֵהַדֶּרֶךְ.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בּוֹעֵט (kicks) · מַבְקִיעַ (scores) · מְאַמֵּן (coach) · נַסֵּה שׁוּב (try again) · טָעוּת (mistake)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מָה סָשָׁה מְשַׂחֵק?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כַּדּוּרֶגֶל    ○ שַׁחְמָט    ○ טֵנִיס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מָה הַמְּאַמֵּן אוֹמֵר?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נַסֵּה שׁוּב    ○ לֵךְ הַבַּיְתָה    ○ דַּי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בּוֹעֵט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coach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מַבְקִיעַ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try again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מְאַמֵּן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mistake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נַסֵּה שׁוּב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kicks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טָעוּת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scores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2. 🖍️ לָחֲצוּ עַל הַמִּשְׁפָּט: מָה סָשָׁה לָמַד?,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הִשְׁלִימוּ: פַּעַם טָעִיתִי ב... וְלָמַדְתִּי ש...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ההבדל בין 'נכשלתי' לבין 'אני כישלון'?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קבלת החלטות, טעויות וחוסן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טעות אחת שלימדה אותי משהו: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שאשאל את עצמי אחרי כישלון: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שבשליטתי השבוע: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🧭 קבלת החלטות, טעויות וחוסן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קבלת החלטות, טעויות וחוסן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עם סוף פתוח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🧱 אני בונה מגדל.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💥 המגדל נופל.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🔁 אני מנסה שוב.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🏰 הצלחתי!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מה קרה למגדל?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💥 נפל     ○ 🎈 עף     ○ 🌈 נצבע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מה אני עושה אחרי שנפל?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🔁 מנסה שוב     ○ 🗑️ זורק/ת הכול     ○ 😭 בוכה כל היום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🗂️ מי יכול לעזור לי?</w:t>
      </w:r>
    </w:p>
    <w:p>
      <w:pPr>
        <w:bidi/>
        <w:spacing w:after="60"/>
        <w:jc w:val="right"/>
      </w:pPr>
      <w:r>
        <w:rPr>
          <w:b w:val="0"/>
          <w:rtl/>
        </w:rPr>
        <w:t>כרטיסים: 👩‍🏫 מורה · 🧒 חבר/ה · 👨‍👩‍👧 משפחה · 🪨 אבן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🤝 עוזר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🚫 לא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מה אני אומר/ת לעצמי כשקשה?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אני אנסה שוב   ○ אני יכול/ה   ○ אבקש עזרה   ○ טעות זה בסדר   ○ לאט לאט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קבלת החלטות, טעויות וחוסן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טעות אחת שלימדה אותי משהו: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שאשאל את עצמי אחרי כישלון: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שבשליטתי השבוע: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