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📝 לחץ מבחנים וניהול רגשות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כתבה מדעית־פופולרית · נושא: מה עושים כשהלב דופק לפני מבחן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מידע מדעי ולהבין אותו</w:t>
      </w:r>
    </w:p>
    <w:p>
      <w:pPr>
        <w:bidi/>
        <w:spacing w:after="60"/>
        <w:jc w:val="right"/>
      </w:pPr>
      <w:r>
        <w:rPr>
          <w:b w:val="0"/>
          <w:rtl/>
        </w:rPr>
        <w:t>• לזהות מבנה של בעיה–הסבר–פתרון</w:t>
      </w:r>
    </w:p>
    <w:p>
      <w:pPr>
        <w:bidi/>
        <w:spacing w:after="60"/>
        <w:jc w:val="right"/>
      </w:pPr>
      <w:r>
        <w:rPr>
          <w:b w:val="0"/>
          <w:rtl/>
        </w:rPr>
        <w:t>• להתאים לעצמי כלים לוויסות לחץ (עש״ן ד״ק)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"איפה בגוף אתם מרגישים לחץ?"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כדי להזרים דם לשרירים · 2. לא – מעט לחץ משפר ביצועים · 3. נשיפה ארוכה מהשאיפה ◆ סימון: "המוח לא תמיד מבחין" ◆ מיון: 🌬️ נשימה: נשיפה ארוכה | 🚶 תנועה: הליכה קצרה, קפיצות במקום | 💬 דיבור פנימי: 'אני יודע/ת לעשות דברים קשים', 'זה חשוב לי' ◆ אוצר מילים: מעיר את הקשב ומשפר את הריכוז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בעיה ← הסבר מדעי ← פתרונות ← הרחבה ציבורית · 2. להמחיש תופעה מדעית מורכבת בעזרת תמונה מוחשית · 3. הסתייגות ומעבר להיבט אחר ◆ סימון: "המוח לא תמיד מבחין" ◆ מיון: 🧍 פתרון אישי: נשיפה ארוכה, דיבור פנימי מעודד | 🏫 פתרון מערכתי: גיוון דרכי ההערכה, תיקי עבודות במקום מבחן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מבחן בחשבון · 2. נשימת בלון ◆ סימון: "למדתי" ◆ מיון: 😌 מרגיע: נשימה איטית, חיבוק, לשתות מים | 😣 לא מרגיע: לחשוב 'אשכח הכול'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מִבְחָן · 2. אֲנִי יְכוֹלָה ◆ סימון: "היא נושמת לאט" ◆ מילון: מִבְחָן=test · דֹּפֶק=beats · נוֹשֶׁמֶת=breathes · לְאַט=slowly · רְגוּעָה=calm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נשימה · רגוע/ה ◆ מיון: ✅ עוזר: 🌬️ נשימה, 💧 מים, 😴 לישון טוב | ❌ לא עוזר: 📺 טלוויזיה כל הלילה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איפה בגוף אתם מרגישים לחץ?</w:t>
      </w:r>
    </w:p>
    <w:p>
      <w:pPr>
        <w:bidi/>
        <w:spacing w:after="60"/>
        <w:jc w:val="right"/>
      </w:pPr>
      <w:r>
        <w:rPr>
          <w:b w:val="0"/>
          <w:rtl/>
        </w:rPr>
        <w:t>2. מה ההבדל בין 'לחוץ/ה' לבין 'אכפת לי'?</w:t>
      </w:r>
    </w:p>
    <w:p>
      <w:pPr>
        <w:bidi/>
        <w:spacing w:after="60"/>
        <w:jc w:val="right"/>
      </w:pPr>
      <w:r>
        <w:rPr>
          <w:b w:val="0"/>
          <w:rtl/>
        </w:rPr>
        <w:t>3. איזה משפט היה עוזר לכם לשמוע מחבר/ה לפני מבחן?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מוח תלת־ממדי חמוד עם 'מד לחץ' צבעוני</w:t>
      </w:r>
    </w:p>
    <w:p>
      <w:pPr>
        <w:bidi/>
        <w:spacing w:after="60"/>
        <w:jc w:val="right"/>
      </w:pPr>
      <w:r>
        <w:rPr>
          <w:b w:val="0"/>
          <w:rtl/>
        </w:rPr>
        <w:t>2. מה קורה בגוף בזמן לחץ</w:t>
      </w:r>
    </w:p>
    <w:p>
      <w:pPr>
        <w:bidi/>
        <w:spacing w:after="60"/>
        <w:jc w:val="right"/>
      </w:pPr>
      <w:r>
        <w:rPr>
          <w:b w:val="0"/>
          <w:rtl/>
        </w:rPr>
        <w:t>3. לחץ טוב ולחץ שתוקע</w:t>
      </w:r>
    </w:p>
    <w:p>
      <w:pPr>
        <w:bidi/>
        <w:spacing w:after="60"/>
        <w:jc w:val="right"/>
      </w:pPr>
      <w:r>
        <w:rPr>
          <w:b w:val="0"/>
          <w:rtl/>
        </w:rPr>
        <w:t>4. ארגז כלים: נשימה, תנועה, דיבור פנימי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הכלי שלי למבחן הבא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📝 לחץ מבחנים וניהול רגשות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למה הלב דופק לפני מבחן? (ומה אפשר לעשות עם זה)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כתבה מדעית־פופולרית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הידיים מזיעות, הבטן מתהפכת, ובראש – ריק. מוכר? זה לא אומר שמשהו לא בסדר אתכם. זה הגוף שלכם מנסה לעזור.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לפני אלפי שנים, כשאדם פגש טורף, המוח הפעיל 'מערכת אזעקה': הלב האיץ כדי להזרים דם לשרירים, הנשימה התקצרה, והקשב התמקד בסכנה. הבעיה היא שהמוח לא תמיד מבחין בין אריה לבין דף מבחן.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והנה החדשה הטובה: מעט לחץ דווקא משפר ביצועים – הוא מעורר ומחדד. רק כשהלחץ גבוה מדי, הוא 'תוקע' את הזיכרון. המטרה איננה להיפטר מהלחץ, אלא להוריד אותו לרמה שעובדת בשבילנו.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שלושה כלים פשוטים: נשימה – נשיפה ארוכה מהשאיפה מאותתת לגוף שהסכנה חלפה. תנועה – הליכה קצרה 'שורפת' את חומרי הלחץ. ודיבור פנימי – במקום 'אני אכשל', לומר 'אני לחוץ/ה כי זה חשוב לי, ואני יודע/ת לעשות דברים קשים'.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למה הלב מאיץ בזמן לחץ, לפי הכתבה?</w:t>
      </w:r>
    </w:p>
    <w:p>
      <w:pPr>
        <w:bidi/>
        <w:spacing w:after="60"/>
        <w:jc w:val="right"/>
      </w:pPr>
      <w:r>
        <w:rPr>
          <w:b w:val="0"/>
          <w:rtl/>
        </w:rPr>
        <w:t>○ כדי להזרים דם לשרירים    ○ כי אכלנו מהר    ○ כי קר</w:t>
      </w:r>
    </w:p>
    <w:p>
      <w:pPr>
        <w:bidi/>
        <w:spacing w:after="60"/>
        <w:jc w:val="right"/>
      </w:pPr>
      <w:r>
        <w:rPr>
          <w:b/>
          <w:rtl/>
          <w:bCs/>
        </w:rPr>
        <w:t>2. האם כל לחץ מזיק?</w:t>
      </w:r>
    </w:p>
    <w:p>
      <w:pPr>
        <w:bidi/>
        <w:spacing w:after="60"/>
        <w:jc w:val="right"/>
      </w:pPr>
      <w:r>
        <w:rPr>
          <w:b w:val="0"/>
          <w:rtl/>
        </w:rPr>
        <w:t>○ כן, תמיד    ○ לא – מעט לחץ משפר ביצועים    ○ רק בחשבון</w:t>
      </w:r>
    </w:p>
    <w:p>
      <w:pPr>
        <w:bidi/>
        <w:spacing w:after="60"/>
        <w:jc w:val="right"/>
      </w:pPr>
      <w:r>
        <w:rPr>
          <w:b/>
          <w:rtl/>
          <w:bCs/>
        </w:rPr>
        <w:t>3. איזו נשימה מרגיעה את הגוף?</w:t>
      </w:r>
    </w:p>
    <w:p>
      <w:pPr>
        <w:bidi/>
        <w:spacing w:after="60"/>
        <w:jc w:val="right"/>
      </w:pPr>
      <w:r>
        <w:rPr>
          <w:b w:val="0"/>
          <w:rtl/>
        </w:rPr>
        <w:t>○ נשיפה ארוכה מהשאיפה    ○ עצירת נשימה    ○ נשימות מהירות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שמסביר למה המוח 'מתבלבל' לפני מבחן,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מיינו את הכלים</w:t>
      </w:r>
    </w:p>
    <w:p>
      <w:pPr>
        <w:bidi/>
        <w:spacing w:after="60"/>
        <w:jc w:val="right"/>
      </w:pPr>
      <w:r>
        <w:rPr>
          <w:b w:val="0"/>
          <w:rtl/>
        </w:rPr>
        <w:t>כרטיסים: נשיפה ארוכה · הליכה קצרה · 'אני יודע/ת לעשות דברים קשים' · קפיצות במקום · 'זה חשוב לי'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🌬️ נשימה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🚶 תנועה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💬 דיבור פנימי</w:t>
            </w:r>
          </w:p>
        </w:tc>
      </w:tr>
      <w:tr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מה פירוש "מעורר ומחדד"?</w:t>
      </w:r>
    </w:p>
    <w:p>
      <w:pPr>
        <w:bidi/>
        <w:spacing w:after="60"/>
        <w:jc w:val="right"/>
      </w:pPr>
      <w:r>
        <w:rPr>
          <w:b w:val="0"/>
          <w:rtl/>
        </w:rPr>
        <w:t>○ מעייף ומשעמם    ○ מעיר את הקשב ומשפר את הריכוז    ○ גורם לכאב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'תוכנית לחץ חכם' לשבוע לפני מבחן: שלושה צעדים (לפני, ביום המבחן, אחרי). השתמשו בכלי אחד מהכתבה ובכלי אחד משלכם.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איפה בגוף אתם מרגישים לחץ?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לחץ מבחנים וניהול רגשות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הסימן בגוף שלי שהלחץ עולה: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הכלי שאנסה לפני המבחן הבא: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עידוד שאגיד לעצמי: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📝 לחץ מבחנים וניהול רגשות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למה הלב דופק לפני מבחן? (ומה אפשר לעשות עם זה)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כתבה מדעית־פופולרית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הידיים מזיעות, הבטן מתהפכת, ובראש – ריק. מוכר? זה לא אומר שמשהו לא בסדר אתכם. זה הגוף שלכם מנסה לעזור.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לפני אלפי שנים, כשאדם פגש טורף, המוח הפעיל 'מערכת אזעקה': הלב האיץ כדי להזרים דם לשרירים, הנשימה התקצרה, והקשב התמקד בסכנה. הבעיה היא שהמוח לא תמיד מבחין בין אריה לבין דף מבחן.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והנה החדשה הטובה: מעט לחץ דווקא משפר ביצועים – הוא מעורר ומחדד. רק כשהלחץ גבוה מדי, הוא 'תוקע' את הזיכרון. המטרה איננה להיפטר מהלחץ, אלא להוריד אותו לרמה שעובדת בשבילנו.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שלושה כלים פשוטים: נשימה – נשיפה ארוכה מהשאיפה מאותתת לגוף שהסכנה חלפה. תנועה – הליכה קצרה 'שורפת' את חומרי הלחץ. ודיבור פנימי – במקום 'אני אכשל', לומר 'אני לחוץ/ה כי זה חשוב לי, ואני יודע/ת לעשות דברים קשים'.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עם זאת, ראוי לזכור שלחץ מבחנים אינו רק עניין אישי. מערכת שבה ציון אחד נתפס כגורלי מגבירה את מערכת האזעקה אצל רבים. יש מחנכים הקוראים לגוון את דרכי ההערכה – עבודות, הצגות, תיקי עבודות – ויש המזהירים שוויתור על מבחנים יפגע ביכולת להתמודד עם אתגרים. ייתכן שהתשובה איננה 'מבחנים – כן או לא', אלא איך מלמדים לעמוד בהם בלי לאבד את השקט.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מהו מבנה הכתבה?</w:t>
      </w:r>
    </w:p>
    <w:p>
      <w:pPr>
        <w:bidi/>
        <w:spacing w:after="60"/>
        <w:jc w:val="right"/>
      </w:pPr>
      <w:r>
        <w:rPr>
          <w:b w:val="0"/>
          <w:rtl/>
        </w:rPr>
        <w:t>○ בעיה ← הסבר מדעי ← פתרונות ← הרחבה ציבורית    ○ סיפור ← מוסר השכל    ○ רשימת שאלות</w:t>
      </w:r>
    </w:p>
    <w:p>
      <w:pPr>
        <w:bidi/>
        <w:spacing w:after="60"/>
        <w:jc w:val="right"/>
      </w:pPr>
      <w:r>
        <w:rPr>
          <w:b/>
          <w:rtl/>
          <w:bCs/>
        </w:rPr>
        <w:t>2. מה תפקידה של האנלוגיה 'אריה מול דף מבחן'?</w:t>
      </w:r>
    </w:p>
    <w:p>
      <w:pPr>
        <w:bidi/>
        <w:spacing w:after="60"/>
        <w:jc w:val="right"/>
      </w:pPr>
      <w:r>
        <w:rPr>
          <w:b w:val="0"/>
          <w:rtl/>
        </w:rPr>
        <w:t>○ להמחיש תופעה מדעית מורכבת בעזרת תמונה מוחשית    ○ להפחיד    ○ להצחיק בלבד</w:t>
      </w:r>
    </w:p>
    <w:p>
      <w:pPr>
        <w:bidi/>
        <w:spacing w:after="60"/>
        <w:jc w:val="right"/>
      </w:pPr>
      <w:r>
        <w:rPr>
          <w:b/>
          <w:rtl/>
          <w:bCs/>
        </w:rPr>
        <w:t>3. המילים "עם זאת" בפתיחת הפסקה האחרונה מסמנות:</w:t>
      </w:r>
    </w:p>
    <w:p>
      <w:pPr>
        <w:bidi/>
        <w:spacing w:after="60"/>
        <w:jc w:val="right"/>
      </w:pPr>
      <w:r>
        <w:rPr>
          <w:b w:val="0"/>
          <w:rtl/>
        </w:rPr>
        <w:t>○ הסתייגות ומעבר להיבט אחר    ○ דוגמה    ○ סיכום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שמסביר למה המוח 'מתבלבל' לפני מבחן,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אישי או מערכתי?</w:t>
      </w:r>
    </w:p>
    <w:p>
      <w:pPr>
        <w:bidi/>
        <w:spacing w:after="60"/>
        <w:jc w:val="right"/>
      </w:pPr>
      <w:r>
        <w:rPr>
          <w:b w:val="0"/>
          <w:rtl/>
        </w:rPr>
        <w:t>כרטיסים: נשיפה ארוכה · גיוון דרכי ההערכה · דיבור פנימי מעודד · תיקי עבודות במקום מבחן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🧍 פתרון אישי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🏫 פתרון מערכתי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טיעון: 'האם יש להחליף חלק מהמבחנים בדרכי הערכה אחרות?' – הציגו את שתי העמדות מהטקסט, הכריעו ונמקו.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איפה בגוף אתם מרגישים לחץ?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לחץ מבחנים וניהול רגשות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הסימן בגוף שלי שהלחץ עולה: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הכלי שאנסה לפני המבחן הבא: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עידוד שאגיד לעצמי: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📝 לחץ מבחנים וניהול רגשות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הפרפרים של יובל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כתבה מדעית־פופולרית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מחר יש מבחן בחשבון. יובל מרגיש פרפרים בבטן.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"אולי אשכח הכול?" הוא חושב.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אבא אומר: "בוא נעשה נשימת בלון: שואפים לאט... ונושפים לאט."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יובל נושם שלוש פעמים. הפרפרים נרגעים. הוא אומר לעצמו: "למדתי. אני אנסה."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מה יש ליובל מחר?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טיול    ○ מבחן בחשבון    ○ יום הולדת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מה אבא לימד את יובל?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נשימת בלון    ○ לרוץ מהר    ○ לאכול ממתק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שיובל אומר לעצמו,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מה מרגיע?</w:t>
      </w:r>
    </w:p>
    <w:p>
      <w:pPr>
        <w:bidi/>
        <w:spacing w:after="60"/>
        <w:jc w:val="right"/>
      </w:pPr>
      <w:r>
        <w:rPr>
          <w:b w:val="0"/>
          <w:rtl/>
        </w:rPr>
        <w:t>כרטיסים: נשימה איטית · לחשוב 'אשכח הכול' · חיבוק · לשתות מים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😌 מרגיע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😣 לא מרגיע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מה עוזר לכם להירגע? ציירו או כתבו.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איפה בגוף אתם מרגישים לחץ?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לחץ מבחנים וניהול רגשות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הסימן בגוף שלי שהלחץ עולה: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הכלי שאנסה לפני המבחן הבא: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עידוד שאגיד לעצמי: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📝 לחץ מבחנים וניהול רגשות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לחץ מבחנים וניהול רגשות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כתבה מדעית־פופולרית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מָחָר יֵשׁ מִבְחָן.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הַלֵּב שֶׁל מִיכַל דּוֹפֵק מַהֵר.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הִיא נוֹשֶׁמֶת לְאַט.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הִיא הוֹלֶכֶת קְצָת בַּחוּץ.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הִיא אוֹמֶרֶת: "אֲנִי יְכוֹלָה."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עַכְשָׁו הִיא רְגוּעָה יוֹתֵר.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מִבְחָן (test) · דֹּפֶק (beats) · נוֹשֶׁמֶת (breathes) · לְאַט (slowly) · רְגוּעָה (calm)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מָה יֵשׁ מָחָר?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מִבְחָן    ○ חַג    ○ טִיּוּל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מָה מִיכַל אוֹמֶרֶת?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אֲנִי יְכוֹלָה    ○ אֲנִי לֹא רוֹצָה    ○ אֲנִי רְעֵבָה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מִבְחָן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breathes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דֹּפֶק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slowly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נוֹשֶׁמֶת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calm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לְאַט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test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רְגוּעָה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beats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2. 🖍️ לַחֲצוּ עַל הַמִּשְׁפָּט: מָה מִיכַל עוֹשָׂה עִם הַנְּשִׁימָה?,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הִשְׁלִימוּ: לִפְנֵי מִבְחָן אֲנִי...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איפה בגוף אתם מרגישים לחץ?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לחץ מבחנים וניהול רגשות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הסימן בגוף שלי שהלחץ עולה: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הכלי שאנסה לפני המבחן הבא: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עידוד שאגיד לעצמי: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📝 לחץ מבחנים וניהול רגשות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לחץ מבחנים וניהול רגשות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כתבה מדעית־פופולרית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📝 יש מבחן.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💓 הלב דופק.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🌬️ אני נושם/ת לאט.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😌 אני רגוע/ה.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מה מרגיע אותי?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🌬️ נשימה     ○ 📢 צעקה     ○ 🍬 הרבה סוכריות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איך אני מרגיש/ה אחרי נשימה?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😌 רגוע/ה     ○ 😡 כועס/ת     ○ 🤯 מבולבל/ת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🗂️ מה עוזר לי לפני מבחן?</w:t>
      </w:r>
    </w:p>
    <w:p>
      <w:pPr>
        <w:bidi/>
        <w:spacing w:after="60"/>
        <w:jc w:val="right"/>
      </w:pPr>
      <w:r>
        <w:rPr>
          <w:b w:val="0"/>
          <w:rtl/>
        </w:rPr>
        <w:t>כרטיסים: 🌬️ נשימה · 💧 מים · 😴 לישון טוב · 📺 טלוויזיה כל הלילה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✅ עוזר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❌ לא עוזר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מה מרגיע אותי?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נשימה   ○ חיבוק   ○ מוזיקה   ○ לשתות מים   ○ ללכת קצת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לחץ מבחנים וניהול רגשות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הסימן בגוף שלי שהלחץ עולה: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הכלי שאנסה לפני המבחן הבא: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משפט עידוד שאגיד לעצמי: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