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🎭 מי אני כשכולם מסתכלים? – מהדורה למורה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ג׳–י״ב, עולים וחנ״מ • קריאה והבנה</w:t>
      </w:r>
    </w:p>
    <w:p>
      <w:pPr>
        <w:bidi/>
        <w:spacing w:after="60"/>
        <w:jc w:val="right"/>
      </w:pPr>
      <w:r>
        <w:rPr>
          <w:b w:val="0"/>
          <w:rtl/>
        </w:rPr>
        <w:t>סוגת הטקסט: מכתב / יומן · נושא: לחץ חברתי, שייכות מול ייחודיות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🎯 מטרות</w:t>
      </w:r>
    </w:p>
    <w:p>
      <w:pPr>
        <w:bidi/>
        <w:spacing w:after="60"/>
        <w:jc w:val="right"/>
      </w:pPr>
      <w:r>
        <w:rPr>
          <w:b w:val="0"/>
          <w:rtl/>
        </w:rPr>
        <w:t>• לאתר את הדילמה המרכזית של הדמות</w:t>
      </w:r>
    </w:p>
    <w:p>
      <w:pPr>
        <w:bidi/>
        <w:spacing w:after="60"/>
        <w:jc w:val="right"/>
      </w:pPr>
      <w:r>
        <w:rPr>
          <w:b w:val="0"/>
          <w:rtl/>
        </w:rPr>
        <w:t>• להבחין בין צורך בשייכות לצורך בייחודיות</w:t>
      </w:r>
    </w:p>
    <w:p>
      <w:pPr>
        <w:bidi/>
        <w:spacing w:after="60"/>
        <w:jc w:val="right"/>
      </w:pPr>
      <w:r>
        <w:rPr>
          <w:b w:val="0"/>
          <w:rtl/>
        </w:rPr>
        <w:t>• לנסח 'עמוד שדרה' אישי – בחירה שמתאימה לערכים שלי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⏱️ מהלך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5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פתיחה: "מתי קל לכם להיות עצמכם, ומתי קשה?"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קריאה ראשונה בקול + קריאה שנייה עם עיפרון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א׳ – 🏊 שחייה (בזוגות)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ב׳ – 🤿 צלילה: סימון, מיון, שפה ומבנה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ג׳ – 🐠 מעמקים: משימת תיבה + מעגל שיח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4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🎟️ כרטיס יציאה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0"/>
          <w:rtl/>
          <w:szCs w:val="20"/>
        </w:rPr>
        <w:t>⚡ גרסת 10 דקות: קריאה ← 2 שאלות שחייה ← סימון אחד ← שורה בכרטיס היציאה.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🔑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🎒 חט״ב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כי פחד לחזור לשבת לבד · 2. הניח אותו על הספסל · 3. הסכים לשחק כדור ◆ סימון: "היא לא באמת שייכות" ◆ מיון: 🤝 שייכות: להתקבל לחבורה, לשבת עם החבר׳ה בהפסקה | ⭐ ייחודיות: לא לזרוק את התיק, לומר 'נמאס לי מזה' ◆ אוצר מילים: מטפורה – מסתירים את מי שאנחנו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🎓 חט״ע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יומן – גישה למחשבות פנימיות וכנות · 2. הם מסבירים מדוע יונתן צחק, ומדוע המעשה שלו שינה את הקבוצה · 3. ניגוד בין 'אחד' ל'רבים' ◆ סימון: "היא לא באמת שייכות" ◆ מיון: 😬 לפני: מכווץ בבטן, פחד לחזור לבד | 💭 ברגע ההחלטה: המבט המופתע של עדי | 🌱 אחרי: תובנה על 'תחפושת', ספק אם עשה מספיק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🧸 יסודי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צהוב · 2. באה עם הכובע ◆ סימון: "אבל היא אוהבת אותו" ◆ מיון: ⭐ רק אני: הצבע שאני הכי אוהב/ת, השם שלי | 🤝 כולנו: כולנו לומדים בכיתה, כולנו אוהבים הפסקה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🟢 עולים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חָדָשׁ · 2. בּוֹאוּ נְשַׂחֵק כַּדּוּר ◆ סימון: "אלכס לא רוצה לצחק" ◆ מילון: חָדָשׁ=new · חֲבֵרִים=friends · צוֹחֲקִים עַל=laugh at / make fun of · רוֹצֶה=wants · בּוֹאוּ=come on, let's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🧩 חנ״מ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תמונות: מציע/ה לשחק · לא נעים ◆ מיון: ⭐ אני אוהב/ת: 🎨 לצייר, ⚽ כדור, 🎵 לשיר | 🙅 לא אני: 🐍 לפחד מנחש</w:t>
            </w:r>
          </w:p>
        </w:tc>
      </w:tr>
    </w:tbl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🗣️ מעגל שיח</w:t>
      </w:r>
    </w:p>
    <w:p>
      <w:pPr>
        <w:bidi/>
        <w:spacing w:after="60"/>
        <w:jc w:val="right"/>
      </w:pPr>
      <w:r>
        <w:rPr>
          <w:b w:val="0"/>
          <w:rtl/>
        </w:rPr>
        <w:t>1. מתי קל לכם להיות עצמכם, ומתי קשה?</w:t>
      </w:r>
    </w:p>
    <w:p>
      <w:pPr>
        <w:bidi/>
        <w:spacing w:after="60"/>
        <w:jc w:val="right"/>
      </w:pPr>
      <w:r>
        <w:rPr>
          <w:b w:val="0"/>
          <w:rtl/>
        </w:rPr>
        <w:t>2. איך אפשר לומר 'לא' לקבוצה בלי לאבד אותה?</w:t>
      </w:r>
    </w:p>
    <w:p>
      <w:pPr>
        <w:bidi/>
        <w:spacing w:after="60"/>
        <w:jc w:val="right"/>
      </w:pPr>
      <w:r>
        <w:rPr>
          <w:b w:val="0"/>
          <w:rtl/>
        </w:rPr>
        <w:t>3. מה מחזק אתכם כשאתם צריכים אומץ? (חשבו על גש״ר מאח״ד: גוף, שכל, רגש...)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🎬 מתווה מצגת (איורים בסגנון תלת־ממדי חמוד)</w:t>
      </w:r>
    </w:p>
    <w:p>
      <w:pPr>
        <w:bidi/>
        <w:spacing w:after="60"/>
        <w:jc w:val="right"/>
      </w:pPr>
      <w:r>
        <w:rPr>
          <w:b w:val="0"/>
          <w:rtl/>
        </w:rPr>
        <w:t>1. שקופית פתיחה: דמות תלת־ממדית עם שתי מסכות ביד ופנים אמיתיות</w:t>
      </w:r>
    </w:p>
    <w:p>
      <w:pPr>
        <w:bidi/>
        <w:spacing w:after="60"/>
        <w:jc w:val="right"/>
      </w:pPr>
      <w:r>
        <w:rPr>
          <w:b w:val="0"/>
          <w:rtl/>
        </w:rPr>
        <w:t>2. הדילמה של יונתן</w:t>
      </w:r>
    </w:p>
    <w:p>
      <w:pPr>
        <w:bidi/>
        <w:spacing w:after="60"/>
        <w:jc w:val="right"/>
      </w:pPr>
      <w:r>
        <w:rPr>
          <w:b w:val="0"/>
          <w:rtl/>
        </w:rPr>
        <w:t>3. שייכות מול ייחודיות – מאזניים</w:t>
      </w:r>
    </w:p>
    <w:p>
      <w:pPr>
        <w:bidi/>
        <w:spacing w:after="60"/>
        <w:jc w:val="right"/>
      </w:pPr>
      <w:r>
        <w:rPr>
          <w:b w:val="0"/>
          <w:rtl/>
        </w:rPr>
        <w:t>4. איך אומרים לא בלי לאבד חברים</w:t>
      </w:r>
    </w:p>
    <w:p>
      <w:pPr>
        <w:bidi/>
        <w:spacing w:after="60"/>
        <w:jc w:val="right"/>
      </w:pPr>
      <w:r>
        <w:rPr>
          <w:b w:val="0"/>
          <w:rtl/>
        </w:rPr>
        <w:t>5. כרטיס יציאה: משהו שאני לא מוכן/ה לוותר עליו</w:t>
      </w:r>
    </w:p>
    <w:p>
      <w:pPr>
        <w:bidi/>
        <w:spacing w:after="60"/>
        <w:jc w:val="right"/>
      </w:pPr>
      <w:r>
        <w:rPr>
          <w:b w:val="0"/>
          <w:color w:val="E65100"/>
          <w:sz w:val="20"/>
          <w:rtl/>
          <w:szCs w:val="20"/>
        </w:rPr>
        <w:t>🛟 מרחב בטוח: תמיכה ולמידה – לא טיפול. מותר לא לשתף. כל דאגה – פונים ליועצת. מודלים: גש״ר מאח״ד · עש״ן ד״ק · מעש״ה.</w:t>
      </w:r>
    </w:p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🎭 מי אני כשכולם מסתכלים? – 🎒 חט״ב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ז׳–ט׳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יומן, יום שלישי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מכתב / יומן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יומן יקר,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היום בהפסקה החבר׳ה החליטו 'לשחק' בתיק של עדי – זרקו אותו מאחד לשני, והיא רצה ביניהם. כולם צחקו. גם אני צחקתי. אבל בבטן הרגשתי משהו מכווץ.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הבעיה היא שרק לפני חודש התקבלתי לחבורה. חצי שנה ישבתי לבד בהפסקות. אתה זוכר, יומן. אני לא רוצה לחזור לשם. אז כשתומר זרק לי את התיק – תפסתי אותו.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ואז עדי הסתכלה עליי. לא בכעס. בהפתעה. כאילו אמרה: גם אתה?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לא זרקתי את התיק הלאה. הנחתי אותו על הספסל ואמרתי: "נמאס לי מזה, בואו לשחק כדור." רגע של שקט. אחר כך תומר משך בכתפיים ואמר: "טוב, כדור."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אני עדיין לא יודע אם עשיתי מספיק. אבל הבנתי משהו: שייכות שבה אני צריך להפסיק להיות אני – היא לא באמת שייכות. היא תחפושת.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יונתן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למה יונתן פחד להתנגד?</w:t>
      </w:r>
    </w:p>
    <w:p>
      <w:pPr>
        <w:bidi/>
        <w:spacing w:after="60"/>
        <w:jc w:val="right"/>
      </w:pPr>
      <w:r>
        <w:rPr>
          <w:b w:val="0"/>
          <w:rtl/>
        </w:rPr>
        <w:t>○ כי לא אהב את עדי    ○ כי פחד לחזור לשבת לבד    ○ כי המורה ראתה</w:t>
      </w:r>
    </w:p>
    <w:p>
      <w:pPr>
        <w:bidi/>
        <w:spacing w:after="60"/>
        <w:jc w:val="right"/>
      </w:pPr>
      <w:r>
        <w:rPr>
          <w:b/>
          <w:rtl/>
          <w:bCs/>
        </w:rPr>
        <w:t>2. מה עשה יונתן עם התיק?</w:t>
      </w:r>
    </w:p>
    <w:p>
      <w:pPr>
        <w:bidi/>
        <w:spacing w:after="60"/>
        <w:jc w:val="right"/>
      </w:pPr>
      <w:r>
        <w:rPr>
          <w:b w:val="0"/>
          <w:rtl/>
        </w:rPr>
        <w:t>○ זרק אותו הלאה    ○ הניח אותו על הספסל    ○ החביא אותו</w:t>
      </w:r>
    </w:p>
    <w:p>
      <w:pPr>
        <w:bidi/>
        <w:spacing w:after="60"/>
        <w:jc w:val="right"/>
      </w:pPr>
      <w:r>
        <w:rPr>
          <w:b/>
          <w:rtl/>
          <w:bCs/>
        </w:rPr>
        <w:t>3. איך הגיב תומר?</w:t>
      </w:r>
    </w:p>
    <w:p>
      <w:pPr>
        <w:bidi/>
        <w:spacing w:after="60"/>
        <w:jc w:val="right"/>
      </w:pPr>
      <w:r>
        <w:rPr>
          <w:b w:val="0"/>
          <w:rtl/>
        </w:rPr>
        <w:t>○ כעס מאוד    ○ הסכים לשחק כדור    ○ הלך הביתה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שמבטא את התובנה של יונתן,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מה מבטא שייכות ומה מבטא ייחודיות?</w:t>
      </w:r>
    </w:p>
    <w:p>
      <w:pPr>
        <w:bidi/>
        <w:spacing w:after="60"/>
        <w:jc w:val="right"/>
      </w:pPr>
      <w:r>
        <w:rPr>
          <w:b w:val="0"/>
          <w:rtl/>
        </w:rPr>
        <w:t>כרטיסים: להתקבל לחבורה · לא לזרוק את התיק · לשבת עם החבר׳ה בהפסקה · לומר 'נמאס לי מזה'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🤝 שייכות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⭐ ייחודיות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3. המילה "תחפושת" בסוף היומן היא...</w:t>
      </w:r>
    </w:p>
    <w:p>
      <w:pPr>
        <w:bidi/>
        <w:spacing w:after="60"/>
        <w:jc w:val="right"/>
      </w:pPr>
      <w:r>
        <w:rPr>
          <w:b w:val="0"/>
          <w:rtl/>
        </w:rPr>
        <w:t>○ מטפורה – מסתירים את מי שאנחנו    ○ בגד לפורים    ○ שם של משחק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את היומן של עדי מאותו יום. מה ראתה? מה הרגישה כשיונתן הניח את התיק?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מתי קל לכם להיות עצמכם, ומתי קשה?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 אני כשכולם מסתכלים?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שאני לא מוכן/ה לוותר עליו בשביל להשתייך: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שאפשר לומר כשקבוצה נסחפת: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מי מחזק אותי להיות אני: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🎭 מי אני כשכולם מסתכלים? – 🎓 חט״ע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י׳–י״ב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יומן, יום שלישי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מכתב / יומן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[1] יומן יקר,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היום בהפסקה החבר׳ה החליטו 'לשחק' בתיק של עדי – זרקו אותו מאחד לשני, והיא רצה ביניהם. כולם צחקו. גם אני צחקתי. אבל בבטן הרגשתי משהו מכווץ.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[2] הבעיה היא שרק לפני חודש התקבלתי לחבורה. חצי שנה ישבתי לבד בהפסקות. אתה זוכר, יומן. אני לא רוצה לחזור לשם. אז כשתומר זרק לי את התיק – תפסתי אותו.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[3] ואז עדי הסתכלה עליי. לא בכעס. בהפתעה. כאילו אמרה: גם אתה?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[4] לא זרקתי את התיק הלאה. הנחתי אותו על הספסל ואמרתי: "נמאס לי מזה, בואו לשחק כדור." רגע של שקט. אחר כך תומר משך בכתפיים ואמר: "טוב, כדור."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[5] אני עדיין לא יודע אם עשיתי מספיק. אבל הבנתי משהו: שייכות שבה אני צריך להפסיק להיות אני – היא לא באמת שייכות. היא תחפושת.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יונתן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[6] פסיכולוגים מתארים את גיל ההתבגרות כמשא ומתן מתמיד בין שני צרכים: הצורך להשתייך לקבוצה והצורך להיות 'מישהו'. ניסויים מפורסמים הראו שאנשים מוכנים לומר שקו קצר הוא ארוך – רק משום שכל השאר בחדר אמרו כך. אבל אותם ניסויים גילו גם עובדה מעודדת: כשבחדר היה אדם אחד בלבד שענה אחרת, נכונותם של האחרים לומר את האמת עלתה בחדות. ייחודיות של אחד מעניקה רשות לרבים.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 הצורה הספרותית של הטקסט ומה היא מאפשרת?</w:t>
      </w:r>
    </w:p>
    <w:p>
      <w:pPr>
        <w:bidi/>
        <w:spacing w:after="60"/>
        <w:jc w:val="right"/>
      </w:pPr>
      <w:r>
        <w:rPr>
          <w:b w:val="0"/>
          <w:rtl/>
        </w:rPr>
        <w:t>○ יומן – גישה למחשבות פנימיות וכנות    ○ ידיעה עיתונאית – עובדות בלבד    ○ מודעה</w:t>
      </w:r>
    </w:p>
    <w:p>
      <w:pPr>
        <w:bidi/>
        <w:spacing w:after="60"/>
        <w:jc w:val="right"/>
      </w:pPr>
      <w:r>
        <w:rPr>
          <w:b/>
          <w:rtl/>
          <w:bCs/>
        </w:rPr>
        <w:t>2. מה הקשר בין הניסויים בפסקה האחרונה לבין הסיפור?</w:t>
      </w:r>
    </w:p>
    <w:p>
      <w:pPr>
        <w:bidi/>
        <w:spacing w:after="60"/>
        <w:jc w:val="right"/>
      </w:pPr>
      <w:r>
        <w:rPr>
          <w:b w:val="0"/>
          <w:rtl/>
        </w:rPr>
        <w:t>○ הם מסבירים מדוע יונתן צחק, ומדוע המעשה שלו שינה את הקבוצה    ○ אין קשר    ○ הם מוכיחים שיונתן טעה</w:t>
      </w:r>
    </w:p>
    <w:p>
      <w:pPr>
        <w:bidi/>
        <w:spacing w:after="60"/>
        <w:jc w:val="right"/>
      </w:pPr>
      <w:r>
        <w:rPr>
          <w:b/>
          <w:rtl/>
          <w:bCs/>
        </w:rPr>
        <w:t>3. "ייחודיות של אחד מעניקה רשות לרבים" – איזה אמצעי לשוני יש כאן?</w:t>
      </w:r>
    </w:p>
    <w:p>
      <w:pPr>
        <w:bidi/>
        <w:spacing w:after="60"/>
        <w:jc w:val="right"/>
      </w:pPr>
      <w:r>
        <w:rPr>
          <w:b w:val="0"/>
          <w:rtl/>
        </w:rPr>
        <w:t>○ ניגוד בין 'אחד' ל'רבים'    ○ חריזה    ○ שאלה רטורית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שמבטא את התובנה של יונתן,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מיינו את רגשות יונתן לפי השלבים</w:t>
      </w:r>
    </w:p>
    <w:p>
      <w:pPr>
        <w:bidi/>
        <w:spacing w:after="60"/>
        <w:jc w:val="right"/>
      </w:pPr>
      <w:r>
        <w:rPr>
          <w:b w:val="0"/>
          <w:rtl/>
        </w:rPr>
        <w:t>כרטיסים: מכווץ בבטן · המבט המופתע של עדי · תובנה על 'תחפושת' · פחד לחזור לבד · ספק אם עשה מספיק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😬 לפני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💭 ברגע ההחלטה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🌱 אחרי</w:t>
            </w:r>
          </w:p>
        </w:tc>
      </w:tr>
      <w:tr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'שייכות שבה אני צריך להפסיק להיות אני – היא לא באמת שייכות.' האם אתם מסכימים? כתבו מאמר דעה קצר, עם דוגמה מהטקסט ודוגמה מהחיים.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מתי קל לכם להיות עצמכם, ומתי קשה?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 אני כשכולם מסתכלים?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שאני לא מוכן/ה לוותר עליו בשביל להשתייך: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שאפשר לומר כשקבוצה נסחפת: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מי מחזק אותי להיות אני: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🎭 מי אני כשכולם מסתכלים? – 🧸 יסודי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ג׳–ו׳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הכובע הצהוב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מכתב / יומן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ליה אוהבת את הכובע הצהוב שלה. הוא מצחיק ושמח.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יום אחד ילדה אמרה: "כובע צהוב? זה של תינוקות!"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ליה רצתה להוריד את הכובע. אבל היא אוהבת אותו.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למחרת ליה באה עם הכובע. ילד אחר אמר: "וואו, איזה כובע שמח!"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איזה צבע הכובע של ליה?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כחול    ○ צהוב    ○ אדום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מה ליה עשתה בסוף?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זרקה את הכובע    ○ באה עם הכובע    ○ בכתה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שמראה מה ליה מרגישה כלפי הכובע,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מה מיוחד בי ומה משותף לכולנו?</w:t>
      </w:r>
    </w:p>
    <w:p>
      <w:pPr>
        <w:bidi/>
        <w:spacing w:after="60"/>
        <w:jc w:val="right"/>
      </w:pPr>
      <w:r>
        <w:rPr>
          <w:b w:val="0"/>
          <w:rtl/>
        </w:rPr>
        <w:t>כרטיסים: הצבע שאני הכי אוהב/ת · כולנו לומדים בכיתה · השם שלי · כולנו אוהבים הפסקה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⭐ רק אני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🤝 כולנו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ציירו את 'הכובע הצהוב' שלכם – משהו שאתם אוהבים גם אם לא כולם אוהבים.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מתי קל לכם להיות עצמכם, ומתי קשה?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 אני כשכולם מסתכלים?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שאני לא מוכן/ה לוותר עליו בשביל להשתייך: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שאפשר לומר כשקבוצה נסחפת: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מי מחזק אותי להיות אני: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🎭 מי אני כשכולם מסתכלים? – 🟢 עולים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קליטה ואולפן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מי אני כשכולם מסתכלים?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מכתב / יומן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אָלֵכְּס חָדָשׁ בַּכִּתָּה.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הוּא רוֹצֶה חֲבֵרִים.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הַחֲבֵרִים צוֹחֲקִים עַל יַלְדָּה.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אָלֵכְּס לֹא רוֹצֶה לִצְחֹק.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הוּא אוֹמֵר: "בּוֹאוּ נְשַׂחֵק כַּדּוּר."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כֻּלָּם הוֹלְכִים לְשַׂחֵק.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🟢 מחסן מילים: חָדָשׁ (new) · חֲבֵרִים (friends) · צוֹחֲקִים עַל (laugh at / make fun of) · רוֹצֶה (wants) · בּוֹאוּ (come on, let's)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אָלֵכְּס חָדָשׁ אוֹ וָתִיק בַּכִּתָּה?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חָדָשׁ    ○ וָתִיק    ○ מוֹרֶה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מָה אָלֵכְּס אוֹמֵר?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בּוֹאוּ נְשַׂחֵק כַּדּוּר    ○ גַּם אֲנִי צוֹחֵק    ○ אֲנִי הוֹלֵךְ הַבַּיְתָה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מתחו קו בין המילה לפירוש: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חָדָשׁ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laugh at / make fun of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חֲבֵרִים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wants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צוֹחֲקִים עַל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come on, let's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רוֹצֶה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new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בּוֹאוּ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friends</w:t>
            </w: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2. 🖍️ לַחֲצוּ עַל הַמִּשְׁפָּט שֶׁבּוֹ אָלֵכְּס בּוֹחֵר לֹא לְהִצְטָרֵף,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הִשְׁלִימוּ: אֲנִי מְיֻחָד/ת כִּי...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מתי קל לכם להיות עצמכם, ומתי קשה?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 אני כשכולם מסתכלים?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שאני לא מוכן/ה לוותר עליו בשביל להשתייך: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שאפשר לומר כשקבוצה נסחפת: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מי מחזק אותי להיות אני: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🎭 מי אני כשכולם מסתכלים? – 🧩 חנ״מ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לחינוך המיוחד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מי אני כשכולם מסתכלים?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מכתב / יומן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👦 כולם צוחקים על ילד.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🤔 אני לא רוצה.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⚽ אני אומר/ת: בואו נשחק!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1. מה אני עושה?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⚽ מציע/ה לשחק     ○ 😂 צוחק/ת     ○ 🏃 בורח/ת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2. מה אני מרגיש/ה כשצוחקים על מישהו?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😟 לא נעים     ○ 🥳 מסיבה     ○ 🍦 גלידה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🗂️ מה מיוחד בי?</w:t>
      </w:r>
    </w:p>
    <w:p>
      <w:pPr>
        <w:bidi/>
        <w:spacing w:after="60"/>
        <w:jc w:val="right"/>
      </w:pPr>
      <w:r>
        <w:rPr>
          <w:b w:val="0"/>
          <w:rtl/>
        </w:rPr>
        <w:t>כרטיסים: 🎨 לצייר · ⚽ כדור · 🎵 לשיר · 🐍 לפחד מנחש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⭐ אני אוהב/ת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🙅 לא אני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💬 מה מיוחד בי? (הקיפו)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אני אוהב/ת חיות   ○ אני צובע/ת יפה   ○ אני רץ/ה מהר   ○ אני עוזר/ת לחברים   ○ אני שר/ה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איך אני מרגיש/ה?  😊   😐   😢   😡   🤩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 אני כשכולם מסתכלים?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שאני לא מוכן/ה לוותר עליו בשביל להשתייך: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שאפשר לומר כשקבוצה נסחפת: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מי מחזק אותי להיות אני: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קוראים את העולם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